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Strengbergin Tupakkamuseo, Koulukatu 25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 xml:space="preserve">12:00-16:00 AVOIMET OVET STRENGBERGIN TUPAKKAMUSEOSSA </w:t>
      </w:r>
    </w:p>
    <w:p>
      <w:r>
        <w:t>TIISTAINA 21.7.2026 KLO 12-16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