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Kaarlenkenttä, Ruutikellarintie 1, 65100 Vaasa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15:00-17:30 Naisten 1. divisioonan finaali Amerikkalinen jalkapallo: Wasa Royals - Jyväskylä Jaguars</w:t>
      </w:r>
    </w:p>
    <w:p>
      <w:r>
        <w:t>Naisten 1. divisioonan finaali Amerikkalinen jalkapallo: Wasa Royals - Jyväskylä Jaguars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