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Vaasa, Hietasaari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14:00-22:00 65Hz On Ystävä</w:t>
      </w:r>
    </w:p>
    <w:p>
      <w:r>
        <w:t>From 14 to 22 - 8 DJs, 8 genres, Sun, Picnic, Fun!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