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21, 64100 Kristiinankaupunki</w:t>
      </w:r>
    </w:p>
    <w:p>
      <w:r>
        <w:t>10.8.2026 maanantai</w:t>
      </w:r>
    </w:p>
    <w:p>
      <w:pPr>
        <w:pStyle w:val="Heading1"/>
      </w:pPr>
      <w:r>
        <w:t>10.8.2026-16.8.2026</w:t>
      </w:r>
    </w:p>
    <w:p>
      <w:pPr>
        <w:pStyle w:val="Heading2"/>
      </w:pPr>
      <w:r>
        <w:t>13:00-15:00 Näyttely: Ihmisiä ja muistoja Suupohjan alueelta</w:t>
      </w:r>
    </w:p>
    <w:p>
      <w:r>
        <w:t xml:space="preserve">Kuvien avulla tapaamme ihmisiä, joiden elämät ja tarinat ovat muodostuneet osaksi meidän yhteistä kulttuuriperintöä.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