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Kuntsin modernin taiteen museo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 xml:space="preserve">11:00-15:00 Oma Itämeri - Itämeri työpaja Kuntsilla </w:t>
      </w:r>
    </w:p>
    <w:p>
      <w:r>
        <w:t>Itämeri päivänä 2026 rakennamme yhdessä yhteisen merimaiseman.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