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Fondis, Hovioikeudenpuistikko 15, 65100 Vaasa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 xml:space="preserve">19:00-19:00 Jockefellers Fondiksen Street jazzeilla Vaasan kävelykadulla torstaina 16.7.! </w:t>
      </w:r>
    </w:p>
    <w:p>
      <w:r>
        <w:t>Live jazzia Vaasan kävelykadulla torin laidalla torstaisin  klo 19-22 koko kesän ajan.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