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 xml:space="preserve">12:00-17:00 Loppisrace i Oravais </w:t>
      </w:r>
    </w:p>
    <w:p>
      <w:r>
        <w:t>12.7 blir det loppisrace i Oravais både gårdsloppis runt i byn och bakluckeloppis på Årvasgårdens parkering.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