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 Hall, Vaasa Main Library, Kirjastonkatu 13 65100 Vaasa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17:00-19:30 Youth Voices for Change - Closing Event and Video Screening</w:t>
      </w:r>
    </w:p>
    <w:p>
      <w:r>
        <w:t xml:space="preserve">A youth-led video screening and celebration of young people’s ideas for change in Vaasa.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