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Stella-salissa, Öjskogsparken (Kyrkvägen 23, 64200 Närpiö)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15:00-16:00 Kansanmusiikkikonsertti Roger Tallroth SWE ja Øyvind Sandum NOR kanssa.</w:t>
      </w:r>
    </w:p>
    <w:p>
      <w:r>
        <w:t>Kesk.15. heinäkuuta Närpiön kaupungin vapaa-aikaosasto ja Närpiön kotiseutuyhdistys kutsuvat kansanmusiikkikonsettiin.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