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28.10.2026 keskiviikko</w:t>
      </w:r>
    </w:p>
    <w:p>
      <w:pPr>
        <w:pStyle w:val="Heading1"/>
      </w:pPr>
      <w:r>
        <w:t>28.10.2026-19.11.2026</w:t>
      </w:r>
    </w:p>
    <w:p>
      <w:pPr>
        <w:pStyle w:val="Heading2"/>
      </w:pPr>
      <w:r>
        <w:t>18:00-18:00 "Kuori on murtunut" - Bekim Hasajn ja Valentina Gelainin näyttely</w:t>
      </w:r>
    </w:p>
    <w:p>
      <w:r>
        <w:t>Videotaidetta, veistosinstallaatiot, tekstiilitaidetta ja kokeellista ruonoutta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