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Munsala kyrka, Kyrkbacken 13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18:00-18:00 Sommarkonsert med NOX</w:t>
      </w:r>
    </w:p>
    <w:p>
      <w:r>
        <w:t>Kammarkören NOX traditionella sommarkonsert i Munsala kyrka 18 juli kl. 18.00.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