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 Vaasa: Ajurinkatu 14, 65100 Vaasa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09:00-17:00 Suomen Palikkaseuran LEGO-tapahtuma Vaasa</w:t>
      </w:r>
    </w:p>
    <w:p>
      <w:r>
        <w:t>Vietä lauantai rakentamisen, näyttelyiden ja hauskan LEGO-ohjelman parissa tässä jouluisessa LEGO-tapahtumassa!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