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Raitismaja, Ylläs. Busstransport ordnas från Vasa med omnejd</w:t>
      </w:r>
    </w:p>
    <w:p>
      <w:r>
        <w:t>3.10.2026 lauantai</w:t>
      </w:r>
    </w:p>
    <w:p>
      <w:pPr>
        <w:pStyle w:val="Heading1"/>
      </w:pPr>
      <w:r>
        <w:t>3.10.2026-6.10.2026</w:t>
      </w:r>
    </w:p>
    <w:p>
      <w:pPr>
        <w:pStyle w:val="Heading2"/>
      </w:pPr>
      <w:r>
        <w:t>10:00-20:00 Familjeläger vid Raitismaja</w:t>
      </w:r>
    </w:p>
    <w:p>
      <w:r>
        <w:t>Läger för barn och föräldrar eller andra vuxna med erfarenhet av beroende och missbruksproblematik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