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Linja-auto pysäkki, Merikadulla ( K-Supermarket Sellerin takana)</w:t>
      </w:r>
    </w:p>
    <w:p>
      <w:r>
        <w:t>10.7.2026 perjantai</w:t>
      </w:r>
    </w:p>
    <w:p>
      <w:pPr>
        <w:pStyle w:val="Heading1"/>
      </w:pPr>
      <w:r>
        <w:t>10.7.2026 perjantai</w:t>
      </w:r>
    </w:p>
    <w:p>
      <w:pPr>
        <w:pStyle w:val="Heading2"/>
      </w:pPr>
      <w:r>
        <w:t>12:00-17:00 Yle 100 -bussi: Matkalla Kristiinankupunkiin 10.7 klo12-17</w:t>
      </w:r>
    </w:p>
    <w:p>
      <w:r>
        <w:t xml:space="preserve"> Rohkeasti mukaan Yle 100- bussin ohjelmaan.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