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Juthbacka, Juthasvägen 34, Nykarleby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14:00-14:45 Juthbacka herrgård guidning - samtidigt med Juthbacka marknaden - FRE 21.8.2026, kl. 14:00 - 14:45</w:t>
      </w:r>
    </w:p>
    <w:p>
      <w:r>
        <w:t>Juthbacka herrgård guidning - samtidigt med Juthbacka marknaden - FRE 21.8.2026, kl. 14:00 - 14:45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