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OmaisOiva-tilat, Koulutie 77, Veteli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17:00-19:00 Luento: Mikä on OCD?</w:t>
      </w:r>
    </w:p>
    <w:p>
      <w:r>
        <w:t>Kouluttautunut kokemusasiantuntija kertomassa OCD:sta.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