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Yhteisöklubi Silta, Ryövärinkarintie 1, Kokkola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17:00-19:00 Moniäänisluento</w:t>
      </w:r>
    </w:p>
    <w:p>
      <w:r>
        <w:t>Kokemusasiantuntijat kertovat äänien kanssa elämisestä.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