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Pohjanmaan Vaasan toimisto, Kirkkopuistikko 31.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17:30-19:00 Teemailta: Luonto ja eläimet mielen tukena</w:t>
      </w:r>
    </w:p>
    <w:p>
      <w:r>
        <w:t>Teemailta tarjoaa oivalluksia siitä, miten luonto ja eläimet voivat tukea jaksamista ja lisätä toivoa.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