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Kokkolanseudun omaishoitajat, Pitkänsillankatu 18, Kokkola</w:t>
      </w:r>
    </w:p>
    <w:p>
      <w:r>
        <w:t>7.9.2026 maanantai</w:t>
      </w:r>
    </w:p>
    <w:p>
      <w:pPr>
        <w:pStyle w:val="Heading1"/>
      </w:pPr>
      <w:r>
        <w:t>7.9.2026-2.11.2026</w:t>
      </w:r>
    </w:p>
    <w:p>
      <w:pPr>
        <w:pStyle w:val="Heading2"/>
      </w:pPr>
      <w:r>
        <w:t>17:00-19:00 Teemaryhmä Kokkola</w:t>
      </w:r>
    </w:p>
    <w:p>
      <w:r>
        <w:t>Mielenterveysomaisten suljettu teemaryhmä alkaa Kokkolassa.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