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12:00-19:00 Vi bakar smulpaj vid 4Hs sommarcafé - LÖR 15.6.26, kl. 12:00 -</w:t>
      </w:r>
    </w:p>
    <w:p>
      <w:r>
        <w:t>Vi bakar smulpaj vid 4H's sommarcafé - LÖR 15.6.26, kl. 12:00 -&gt;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