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Youthbacka, Juthasvägen 34, Juthbacka, Nykarleby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>14:00-19:00 4H sommarcafe med kaniner - SÖN 16.8.26, kl. 14:00 - 15:30</w:t>
      </w:r>
    </w:p>
    <w:p>
      <w:r>
        <w:t>4H sommarcafe med kaniner - SÖN 16.8.26, kl. 14:00 - 15:30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