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Youthbacka, Juthasvägen 34, Juthbacka, Nykarleby</w:t>
      </w:r>
    </w:p>
    <w:p>
      <w:r>
        <w:t>14.8.2026 perjantai</w:t>
      </w:r>
    </w:p>
    <w:p>
      <w:pPr>
        <w:pStyle w:val="Heading1"/>
      </w:pPr>
      <w:r>
        <w:t>14.8.2026 perjantai</w:t>
      </w:r>
    </w:p>
    <w:p>
      <w:pPr>
        <w:pStyle w:val="Heading2"/>
      </w:pPr>
      <w:r>
        <w:t>12:30-21:00 Drop in Pysselverkstad vid 4hs sommarcafe - FRE 14.8.26, kl. 12:30 - 15:30 och kl. 19:00 - 2100</w:t>
      </w:r>
    </w:p>
    <w:p>
      <w:r>
        <w:t>Drop in Pysselverkstad vid 4h's sommarcafe - FRE 14.8.26, kl. 12:30 - 15:30 och kl. 19:00 - 2100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