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 Museotie 3 61500 Isokyrö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15:00-16:00  "Mansikoita ja kermaa" Kesämusiikkia 1700-luvulta</w:t>
      </w:r>
    </w:p>
    <w:p>
      <w:r>
        <w:t>Konsertti la 8.8.2026 klo 15.00. Isonkyrön vanha kirkko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