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Tullmagasinet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14:00-14:00 Sommarkonsert med Towe Widerberg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