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Hästövägen 855, Hästö, Kronoby</w:t>
      </w:r>
    </w:p>
    <w:p>
      <w:r>
        <w:t>2.8.2026 sunnuntai</w:t>
      </w:r>
    </w:p>
    <w:p>
      <w:pPr>
        <w:pStyle w:val="Heading1"/>
      </w:pPr>
      <w:r>
        <w:t>2.8.2026 sunnuntai</w:t>
      </w:r>
    </w:p>
    <w:p>
      <w:pPr>
        <w:pStyle w:val="Heading2"/>
      </w:pPr>
      <w:r>
        <w:t>10:00-12:00 Guidad vandring längs Hästö vandringsled</w:t>
      </w:r>
    </w:p>
    <w:p>
      <w:r>
        <w:t>Hästö byaförenings vandring med Johan Hästö som guide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