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Öjskogsparken, Kyrkvägen 23, Närpes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12:00-13:00 Katten Ruffe på upptäcktsfärd i Öjskogsparken</w:t>
      </w:r>
    </w:p>
    <w:p>
      <w:r>
        <w:t>Dramatiserad guidning för barn i åldern 5-10 år i Närpes hembygdsföreningens museer i Öjskogsparken.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