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13:00-15:00 Hahmoja ja Hulivilejä</w:t>
      </w:r>
    </w:p>
    <w:p>
      <w:r>
        <w:t>Hahmoja ja hulivilejä on luova ja hauska tapahtuma 5-12 vuotiaille lapsille Pietarsaaren kaupunginkirjastossa.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