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Veikkaalantie 903, 66520 Veikkaala</w:t>
      </w:r>
    </w:p>
    <w:p>
      <w:r>
        <w:t>2.6.2026 tiistai</w:t>
      </w:r>
    </w:p>
    <w:p>
      <w:pPr>
        <w:pStyle w:val="Heading1"/>
      </w:pPr>
      <w:r>
        <w:t>2.6.2026-9.8.2026</w:t>
      </w:r>
    </w:p>
    <w:p>
      <w:pPr>
        <w:pStyle w:val="Heading2"/>
      </w:pPr>
      <w:r>
        <w:t>17:00-17:00 Kesäkahvila Jokipuoti</w:t>
      </w:r>
    </w:p>
    <w:p>
      <w:r>
        <w:t>​Tervetuloa Jokipuodin kesäkauteen! Myymme leivonnaisia ja kotitekoista jäätelöä itsetehdyissä vohveleissa.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