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Uusikaarlepyyn torin lava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14:00-16:00 Botten upp! -kiertue</w:t>
      </w:r>
    </w:p>
    <w:p>
      <w:r>
        <w:t>Botten upp! -kiertue 8-14.7 tuo opiskelijaorkesterit Axelbandet ja Kårsdraget Pohjanmaalle soittamaan ilmaiskonsertteja.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