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Startup Factory, Yliopistonranta 10, 2. floor 65101 Vaasa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08:30-11:00 Entrepreneur Essentials: Sales  Marketing</w:t>
      </w:r>
    </w:p>
    <w:p>
      <w:r>
        <w:t>Welcome to Startia’s morning event at Vaasa Startup Factory on Friday, 25 September!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