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Scandic Waskia, Lemmenpolku 3, 65170 Vaasa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09:00-16:00 eCommerce-päivä palaa Vaasaan 9.9.2026!</w:t>
      </w:r>
    </w:p>
    <w:p>
      <w:r>
        <w:t>Tekoäly, logistiikka ja maksut – eCommerce 2026 Day kokoaa verkkokaupan Vaasaan 9.9.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