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Kauppatori, Pietarsaari 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15:00-19:00 Pietarsaaren Martat kesätorilla</w:t>
      </w:r>
    </w:p>
    <w:p>
      <w:r>
        <w:t>Myynnissä leivonnaisia ja käsitöitä sekä kierrätystavaroita.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