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 kirjastomuseo, Kirjastonkatu 13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15:00-18:00 Myyntipiste: käyttämättömiä tietokirjoja ja vanhoja opetustauluja</w:t>
      </w:r>
    </w:p>
    <w:p>
      <w:r>
        <w:t>Taiteiden yö - Myynnissä tietokirjoja eri aloilta ja vanhoja koulun opetustauluja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