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Merikaarrontie 5 66500 Vähäkyrö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12:00-18:00 Aistipuutarha Himmelgård mukana: Avoimet puutarhat 5.7.2026</w:t>
      </w:r>
    </w:p>
    <w:p>
      <w:r>
        <w:t>Puuhat puutarhalla ja kasvimaalla kruunaa aistipuutarhan iltapäivätee tai Cafe Kanttorilan kahvit Fiinien Kakkujen kera!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