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Prevex, Jakobstadsvägen 31, Nykarleby och på Juthbacka Herrgården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09:00-15:00 Nykaabi-hub at Prevex och Herrgården - TOR 20.8.2026, kl. 9:00 - 15:00 - Gästföretag: Prevex</w:t>
      </w:r>
    </w:p>
    <w:p>
      <w:r>
        <w:t>Nykaabi-hub at Prevex och Herrgården - TOR 20.8.2026, kl. 9:00 - 15:00 - Gästföretag: Prevex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