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Rantalaituri Vanhanhaminantie 37 Pietarsaari. Koirapuiston vieressä. 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18:15-19:45 VANHA SATAMA KAUTTA  AIKOJEN -draamaopastus 14.7.</w:t>
      </w:r>
    </w:p>
    <w:p>
      <w:r>
        <w:t xml:space="preserve">VANHA SATAMA KAUTTA  AIKOJEN -draama  on osa  Festivaaliviikon "Elävää historiaa Vanhassa  Satamassa" ohjelmia.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