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18:00-18:00 Sateesta, ajasta, ja valosta -runoutta ja musiikkia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