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18:00-18:00 Pepe Willberg 80 - Juhlakonsertti "Elämältä kaiken sain"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