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Goichmannin Galleria. Arktinen museo Nanoq. Pörkenäsintie 60, Pietarsaari</w:t>
      </w:r>
    </w:p>
    <w:p>
      <w:r>
        <w:t>29.6.2026 maanantai</w:t>
      </w:r>
    </w:p>
    <w:p>
      <w:pPr>
        <w:pStyle w:val="Heading1"/>
      </w:pPr>
      <w:r>
        <w:t>29.6.2026-31.7.2026</w:t>
      </w:r>
    </w:p>
    <w:p>
      <w:pPr>
        <w:pStyle w:val="Heading2"/>
      </w:pPr>
      <w:r>
        <w:t>17:00-20:00 Kuvataiteilija Marjaana Hinkka on esillä Nanoqissa</w:t>
      </w:r>
    </w:p>
    <w:p>
      <w:r>
        <w:t>Heinäkuun aikana kuvataiteilija Marjaana Hinkka esittelee "Vehreys"-näyttelyn Arktisessa museossa Nanoqissa.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