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Strömsö, 65280 Vaasa</w:t>
      </w:r>
    </w:p>
    <w:p>
      <w:r>
        <w:t>14.7.2026 tiistai</w:t>
      </w:r>
    </w:p>
    <w:p>
      <w:pPr>
        <w:pStyle w:val="Heading1"/>
      </w:pPr>
      <w:r>
        <w:t>14.7.2026-16.7.2026</w:t>
      </w:r>
    </w:p>
    <w:p>
      <w:pPr>
        <w:pStyle w:val="Heading2"/>
      </w:pPr>
      <w:r>
        <w:t>18:00-18:45 Strömsön kesäkonsertit 2026</w:t>
      </w:r>
    </w:p>
    <w:p>
      <w:r>
        <w:t>Kaupunginorkesteri soittaa kaksi ilmaiskonserttia Strömsössä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