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Arktinen museo Nanoq, Pörkenäsintie 60, Pietarsaari</w:t>
      </w:r>
    </w:p>
    <w:p>
      <w:r>
        <w:t>23.6.2026 tiistai</w:t>
      </w:r>
    </w:p>
    <w:p>
      <w:pPr>
        <w:pStyle w:val="Heading1"/>
      </w:pPr>
      <w:r>
        <w:t>23.6.2026-4.8.2026</w:t>
      </w:r>
    </w:p>
    <w:p>
      <w:pPr>
        <w:pStyle w:val="Heading2"/>
      </w:pPr>
      <w:r>
        <w:t>13:00-14:00 Kesäaktiviteetteja lapsille - seikkailuja Nanoqissa</w:t>
      </w:r>
    </w:p>
    <w:p>
      <w:r>
        <w:t>Kesäkuukausina koko perhe voivat kokeilla jousiammuntaa ja tuluksien käyttöä Nanoqissa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