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00:01-23:59 Ilmoittautuminen Naisten maantiepyöräily viikonloppuun 8-9.8.2026</w:t>
      </w:r>
    </w:p>
    <w:p>
      <w:r>
        <w:t>Osallistu naisille suunnatulle kahden päivän pyöräilyretkelle 8-9.8.2026. Ilmoittautuminen 8.7. mennessä.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