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Karhunpesä, Arktinen museo Nanoq, Pörkenäsintie 60, Pietarsaari</w:t>
      </w:r>
    </w:p>
    <w:p>
      <w:r>
        <w:t>16.7.2026 torstai</w:t>
      </w:r>
    </w:p>
    <w:p>
      <w:pPr>
        <w:pStyle w:val="Heading1"/>
      </w:pPr>
      <w:r>
        <w:t>16.7.2026 torstai</w:t>
      </w:r>
    </w:p>
    <w:p>
      <w:pPr>
        <w:pStyle w:val="Heading2"/>
      </w:pPr>
      <w:r>
        <w:t>18:00-20:00 Magical Music Nights - Anna Morottaja 16.7</w:t>
      </w:r>
    </w:p>
    <w:p>
      <w:r>
        <w:t>Tule nauttimaan paikallisista lahjakkuuksista luonnon keskellä! Anna Morottaja esiintyy Nanoqissa 16.7 klo 18.00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