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Arktinen museo Nanoq, Pörkenäsintie 60, Pietarsaari</w:t>
      </w:r>
    </w:p>
    <w:p>
      <w:r>
        <w:t>10.6.2026 keskiviikko</w:t>
      </w:r>
    </w:p>
    <w:p>
      <w:pPr>
        <w:pStyle w:val="Heading1"/>
      </w:pPr>
      <w:r>
        <w:t>10.6.2026-27.8.2026</w:t>
      </w:r>
    </w:p>
    <w:p>
      <w:pPr>
        <w:pStyle w:val="Heading2"/>
      </w:pPr>
      <w:r>
        <w:t>12:00-12:00 Nanoqin kesänäyttely "Tunturihaukan silmin"</w:t>
      </w:r>
    </w:p>
    <w:p>
      <w:r>
        <w:t xml:space="preserve">Arktinen museo Nanoqin kesänäyttely, "Tunturihaukan slimin" on nähtävissä 10.6 - 28.8. 2026.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