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Hovioikeudenpuistikko 13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19:00-23:00 Musiikki-ilta Patrick Linmanin kanssa</w:t>
      </w:r>
    </w:p>
    <w:p>
      <w:r>
        <w:t>Tule nauttimaan livemusiikista ja kesäisistä herkuista 8.7 klo 19-23.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