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Eight, Isokatu 6, 68600 Pietarsaari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11:00-14:00 Lauantailounas, elävää musiikkia ja ongintaa lapsille</w:t>
      </w:r>
    </w:p>
    <w:p>
      <w:r>
        <w:t>Lauantailounas, livemusiikkia Olivia &amp; Leeroylta sekä ongintaa alle 12-vuotiaille lapsille.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