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Strampen Vasa - Menypaket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18:00-21:00 Alla tiders schlagerkväll med Herreys på Strampen!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