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Kurssitalo Kristiina B-talo, Läntinen Pitkäkatu 34B, Kristiinankaupunki</w:t>
      </w:r>
    </w:p>
    <w:p>
      <w:r>
        <w:t>21.10.2026 keskiviikko</w:t>
      </w:r>
    </w:p>
    <w:p>
      <w:pPr>
        <w:pStyle w:val="Heading1"/>
      </w:pPr>
      <w:r>
        <w:t>21.10.2026 keskiviikko</w:t>
      </w:r>
    </w:p>
    <w:p>
      <w:pPr>
        <w:pStyle w:val="Heading2"/>
      </w:pPr>
      <w:r>
        <w:t>17:30-20:30 Kurssi: Hapanjuuripizza</w:t>
      </w:r>
    </w:p>
    <w:p>
      <w:r>
        <w:t>Hapanjuuripohjainen pizza on todella herkullista ja kätevää ottaa esille, koska se valmistellaan edellisenä päivänä.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