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Söderskatan, Maxmo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12:00-12:00 Opastettu vaellus Västerön vaellusreitillä</w:t>
      </w:r>
    </w:p>
    <w:p>
      <w:r>
        <w:t>Tervetuloa luonnonläheiselle vaellukselle Västerön vaellusreitille luonto-oppaan Tuija Warénin johdolla.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