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Kristiina B-talo, Läntinen Pitkäkatu 34B, Kristiinankaupunki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17:30-20:30 Kurssi: Syksyn sadonkorjuu seisova pöytä Kristiinankaupunki</w:t>
      </w:r>
    </w:p>
    <w:p>
      <w:r>
        <w:t>Inspiroidu kauden hienoista paikallisista raaka-aineista ja opi valmistamaan herkullisia ruokia monelle.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